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315200" cy="10345003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450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